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BF1" w:rsidRDefault="00D91BF1" w:rsidP="00D91BF1">
      <w:pPr>
        <w:spacing w:after="0"/>
        <w:jc w:val="right"/>
        <w:rPr>
          <w:b/>
          <w:sz w:val="32"/>
          <w:lang w:val="uk-UA"/>
        </w:rPr>
      </w:pPr>
      <w:r>
        <w:rPr>
          <w:b/>
          <w:sz w:val="32"/>
          <w:lang w:val="uk-UA"/>
        </w:rPr>
        <w:t>Додаток 2</w:t>
      </w:r>
    </w:p>
    <w:p w:rsidR="00D91BF1" w:rsidRDefault="00D91BF1">
      <w:pPr>
        <w:spacing w:after="0"/>
        <w:jc w:val="center"/>
        <w:rPr>
          <w:b/>
          <w:sz w:val="32"/>
          <w:lang w:val="uk-UA"/>
        </w:rPr>
      </w:pPr>
    </w:p>
    <w:p w:rsidR="00A17C1A" w:rsidRDefault="00842336">
      <w:pPr>
        <w:spacing w:after="0"/>
        <w:jc w:val="center"/>
      </w:pPr>
      <w:r>
        <w:rPr>
          <w:b/>
          <w:sz w:val="32"/>
        </w:rPr>
        <w:t>ЗГОДА</w:t>
      </w:r>
    </w:p>
    <w:p w:rsidR="00A17C1A" w:rsidRDefault="00842336">
      <w:pPr>
        <w:spacing w:after="0"/>
        <w:jc w:val="center"/>
      </w:pPr>
      <w:r>
        <w:rPr>
          <w:b/>
        </w:rPr>
        <w:t>на обробку персональних даних</w:t>
      </w:r>
    </w:p>
    <w:p w:rsidR="00A17C1A" w:rsidRDefault="00A17C1A">
      <w:pPr>
        <w:spacing w:after="0"/>
      </w:pPr>
    </w:p>
    <w:p w:rsidR="00BB00FE" w:rsidRDefault="00842336">
      <w:pPr>
        <w:spacing w:after="0"/>
        <w:ind w:firstLine="709"/>
        <w:jc w:val="both"/>
        <w:rPr>
          <w:lang w:val="uk-UA"/>
        </w:rPr>
      </w:pPr>
      <w:r>
        <w:t>Я</w:t>
      </w:r>
      <w:proofErr w:type="gramStart"/>
      <w:r>
        <w:t>,</w:t>
      </w:r>
      <w:r>
        <w:rPr>
          <w:lang w:val="uk-UA"/>
        </w:rPr>
        <w:t>_</w:t>
      </w:r>
      <w:proofErr w:type="gramEnd"/>
      <w:r>
        <w:rPr>
          <w:lang w:val="uk-UA"/>
        </w:rPr>
        <w:t>__________________</w:t>
      </w:r>
      <w:r w:rsidR="00BB00FE">
        <w:rPr>
          <w:lang w:val="uk-UA"/>
        </w:rPr>
        <w:t>_________</w:t>
      </w:r>
      <w:r>
        <w:rPr>
          <w:lang w:val="uk-UA"/>
        </w:rPr>
        <w:t>__</w:t>
      </w:r>
      <w:bookmarkStart w:id="0" w:name="_GoBack"/>
      <w:bookmarkEnd w:id="0"/>
      <w:r>
        <w:t>,</w:t>
      </w:r>
      <w:r>
        <w:rPr>
          <w:lang w:val="uk-UA"/>
        </w:rPr>
        <w:t xml:space="preserve"> </w:t>
      </w:r>
      <w:proofErr w:type="spellStart"/>
      <w:r>
        <w:t>народився</w:t>
      </w:r>
      <w:proofErr w:type="spellEnd"/>
      <w:r>
        <w:t>(-</w:t>
      </w:r>
      <w:proofErr w:type="spellStart"/>
      <w:r>
        <w:t>лася</w:t>
      </w:r>
      <w:proofErr w:type="spellEnd"/>
      <w:r>
        <w:t xml:space="preserve">) </w:t>
      </w:r>
      <w:r>
        <w:rPr>
          <w:lang w:val="uk-UA"/>
        </w:rPr>
        <w:t>__</w:t>
      </w:r>
      <w:r w:rsidR="00BB00FE">
        <w:rPr>
          <w:lang w:val="uk-UA"/>
        </w:rPr>
        <w:t>_____</w:t>
      </w:r>
      <w:r>
        <w:rPr>
          <w:lang w:val="uk-UA"/>
        </w:rPr>
        <w:t>___</w:t>
      </w:r>
      <w:r>
        <w:t xml:space="preserve">, </w:t>
      </w:r>
      <w:proofErr w:type="spellStart"/>
      <w:r>
        <w:t>документ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посвідчує</w:t>
      </w:r>
      <w:proofErr w:type="spellEnd"/>
      <w:r>
        <w:t xml:space="preserve"> </w:t>
      </w:r>
      <w:proofErr w:type="spellStart"/>
      <w:r>
        <w:t>особу</w:t>
      </w:r>
      <w:proofErr w:type="spellEnd"/>
      <w:r>
        <w:t xml:space="preserve">: </w:t>
      </w:r>
      <w:r w:rsidR="00057D08">
        <w:rPr>
          <w:lang w:val="uk-UA"/>
        </w:rPr>
        <w:t>(серія_</w:t>
      </w:r>
      <w:r w:rsidR="00BB00FE">
        <w:rPr>
          <w:lang w:val="uk-UA"/>
        </w:rPr>
        <w:t>__</w:t>
      </w:r>
      <w:r w:rsidR="00057D08">
        <w:rPr>
          <w:lang w:val="uk-UA"/>
        </w:rPr>
        <w:t>_ №_</w:t>
      </w:r>
      <w:r w:rsidR="00BB00FE">
        <w:rPr>
          <w:lang w:val="uk-UA"/>
        </w:rPr>
        <w:t>_______</w:t>
      </w:r>
      <w:r w:rsidR="00057D08">
        <w:rPr>
          <w:lang w:val="uk-UA"/>
        </w:rPr>
        <w:t>__)</w:t>
      </w:r>
      <w:r>
        <w:t>,</w:t>
      </w:r>
      <w:r w:rsidR="00057D08">
        <w:rPr>
          <w:lang w:val="uk-UA"/>
        </w:rPr>
        <w:t xml:space="preserve"> виданий____________________________________________________________</w:t>
      </w:r>
      <w:r>
        <w:t xml:space="preserve"> </w:t>
      </w:r>
    </w:p>
    <w:p w:rsidR="00A17C1A" w:rsidRDefault="00BB00FE">
      <w:pPr>
        <w:spacing w:after="0"/>
        <w:ind w:firstLine="709"/>
        <w:jc w:val="both"/>
      </w:pPr>
      <w:r>
        <w:rPr>
          <w:lang w:val="uk-UA"/>
        </w:rPr>
        <w:t>_______________________________________________________________</w:t>
      </w:r>
      <w:proofErr w:type="spellStart"/>
      <w:r w:rsidR="00842336">
        <w:t>відповідно</w:t>
      </w:r>
      <w:proofErr w:type="spellEnd"/>
      <w:r w:rsidR="00842336">
        <w:t xml:space="preserve"> </w:t>
      </w:r>
      <w:proofErr w:type="spellStart"/>
      <w:r w:rsidR="00842336">
        <w:t>до</w:t>
      </w:r>
      <w:proofErr w:type="spellEnd"/>
      <w:r w:rsidR="00842336">
        <w:t xml:space="preserve"> </w:t>
      </w:r>
      <w:proofErr w:type="spellStart"/>
      <w:r w:rsidR="00842336">
        <w:t>Закону</w:t>
      </w:r>
      <w:proofErr w:type="spellEnd"/>
      <w:r w:rsidR="00842336">
        <w:t xml:space="preserve"> </w:t>
      </w:r>
      <w:proofErr w:type="spellStart"/>
      <w:r w:rsidR="00842336">
        <w:t>України</w:t>
      </w:r>
      <w:proofErr w:type="spellEnd"/>
      <w:r w:rsidR="00842336">
        <w:t xml:space="preserve"> «</w:t>
      </w:r>
      <w:proofErr w:type="spellStart"/>
      <w:r w:rsidR="00842336">
        <w:t>Про</w:t>
      </w:r>
      <w:proofErr w:type="spellEnd"/>
      <w:r w:rsidR="00842336">
        <w:t xml:space="preserve"> </w:t>
      </w:r>
      <w:proofErr w:type="spellStart"/>
      <w:r w:rsidR="00842336">
        <w:t>захист</w:t>
      </w:r>
      <w:proofErr w:type="spellEnd"/>
      <w:r w:rsidR="00842336">
        <w:t xml:space="preserve"> </w:t>
      </w:r>
      <w:proofErr w:type="spellStart"/>
      <w:r w:rsidR="00842336">
        <w:t>персональних</w:t>
      </w:r>
      <w:proofErr w:type="spellEnd"/>
      <w:r w:rsidR="00842336">
        <w:t xml:space="preserve"> </w:t>
      </w:r>
      <w:proofErr w:type="spellStart"/>
      <w:r w:rsidR="00842336">
        <w:t>даних</w:t>
      </w:r>
      <w:proofErr w:type="spellEnd"/>
      <w:r w:rsidR="00842336">
        <w:t xml:space="preserve">» </w:t>
      </w:r>
      <w:proofErr w:type="spellStart"/>
      <w:r w:rsidR="00842336">
        <w:t>даю</w:t>
      </w:r>
      <w:proofErr w:type="spellEnd"/>
      <w:r w:rsidR="00842336">
        <w:t xml:space="preserve"> </w:t>
      </w:r>
      <w:proofErr w:type="spellStart"/>
      <w:r w:rsidR="00842336">
        <w:t>згоду</w:t>
      </w:r>
      <w:proofErr w:type="spellEnd"/>
      <w:r w:rsidR="00842336">
        <w:t xml:space="preserve"> </w:t>
      </w:r>
      <w:proofErr w:type="spellStart"/>
      <w:r w:rsidR="00842336">
        <w:t>на</w:t>
      </w:r>
      <w:proofErr w:type="spellEnd"/>
      <w:r w:rsidR="00842336">
        <w:t>:</w:t>
      </w:r>
    </w:p>
    <w:p w:rsidR="00A17C1A" w:rsidRDefault="00A17C1A">
      <w:pPr>
        <w:spacing w:after="0"/>
      </w:pPr>
    </w:p>
    <w:p w:rsidR="00A17C1A" w:rsidRDefault="00842336">
      <w:pPr>
        <w:spacing w:after="0"/>
        <w:ind w:firstLine="709"/>
        <w:jc w:val="both"/>
      </w:pPr>
      <w:proofErr w:type="spellStart"/>
      <w:r>
        <w:t>обробку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з первинних джерел у такому обсязі: відомості про освіту, професію, спеціальність та кваліфікацію, трудову діяльність, науковий ступінь, вчене звання, паспортні дані, дані про зареєстроване або фактичне місце проживання, біографічні довідки, номери телефонів, дані про мою участь у міжнародних та європейських проєктах;</w:t>
      </w:r>
    </w:p>
    <w:p w:rsidR="00A17C1A" w:rsidRDefault="00842336">
      <w:pPr>
        <w:spacing w:after="0"/>
        <w:ind w:firstLine="709"/>
        <w:jc w:val="both"/>
      </w:pPr>
      <w:proofErr w:type="spellStart"/>
      <w:proofErr w:type="gramStart"/>
      <w:r>
        <w:t>використання</w:t>
      </w:r>
      <w:proofErr w:type="spellEnd"/>
      <w:proofErr w:type="gram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передбачає дії володільця бази щодо обробки цих даних, у тому числі використання персональних даних відповідно до їх професійних чи службових або трудових обов'язків, дії щодо їх захисту, а також дії щодо надання часткового або повного права обробки персональних даних іншим суб'єктам відносин, пов'язаних із персональними даними (стаття 10 зазначеного Закону);</w:t>
      </w:r>
    </w:p>
    <w:p w:rsidR="00A17C1A" w:rsidRDefault="00842336">
      <w:pPr>
        <w:spacing w:after="0"/>
        <w:ind w:firstLine="709"/>
        <w:jc w:val="both"/>
      </w:pPr>
      <w:proofErr w:type="spellStart"/>
      <w:proofErr w:type="gramStart"/>
      <w:r>
        <w:t>поширення</w:t>
      </w:r>
      <w:proofErr w:type="spellEnd"/>
      <w:proofErr w:type="gram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передбачає дії володільця бази персональних даних щодо передачі відомостей про фізичну особу з бази персональних даних (стаття 14 зазначеного Закону);</w:t>
      </w:r>
    </w:p>
    <w:p w:rsidR="00A17C1A" w:rsidRDefault="00842336">
      <w:pPr>
        <w:spacing w:after="0"/>
        <w:ind w:firstLine="709"/>
        <w:jc w:val="both"/>
      </w:pPr>
      <w:proofErr w:type="spellStart"/>
      <w:proofErr w:type="gramStart"/>
      <w:r>
        <w:t>доступ</w:t>
      </w:r>
      <w:proofErr w:type="spellEnd"/>
      <w:proofErr w:type="gram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третіх осіб, що визначає дії володільця бази персональних даних у разі отримання запиту від третьої особи щодо доступу до персональних даних, у тому числі порядок доступу суб'єкта персональних даних до відомостей про себе (стаття 16 зазначеного Закону).</w:t>
      </w:r>
    </w:p>
    <w:p w:rsidR="00A17C1A" w:rsidRDefault="00A17C1A">
      <w:pPr>
        <w:spacing w:after="0"/>
      </w:pPr>
    </w:p>
    <w:p w:rsidR="00A17C1A" w:rsidRDefault="00842336">
      <w:pPr>
        <w:spacing w:after="0"/>
        <w:ind w:firstLine="709"/>
        <w:jc w:val="both"/>
      </w:pPr>
      <w:r>
        <w:t>Зобов'язуюсь у разі зміни моїх персональних даних надавати у найкоротший строк уточнену, достовірну інформацію та оригінали відповідних документів для оновлення моїх персональних даних.</w:t>
      </w:r>
    </w:p>
    <w:p w:rsidR="00A17C1A" w:rsidRDefault="00A17C1A">
      <w:pPr>
        <w:spacing w:after="0"/>
      </w:pPr>
    </w:p>
    <w:p w:rsidR="00057D08" w:rsidRDefault="00057D08" w:rsidP="00057D08">
      <w:pPr>
        <w:spacing w:after="0"/>
        <w:rPr>
          <w:lang w:val="uk-UA"/>
        </w:rPr>
      </w:pPr>
      <w:r>
        <w:rPr>
          <w:lang w:val="uk-UA"/>
        </w:rPr>
        <w:t>Підпис_____________      Дата______________</w:t>
      </w:r>
    </w:p>
    <w:p w:rsidR="00057D08" w:rsidRPr="00057D08" w:rsidRDefault="00057D08">
      <w:pPr>
        <w:spacing w:after="0"/>
        <w:rPr>
          <w:lang w:val="uk-UA"/>
        </w:rPr>
      </w:pPr>
    </w:p>
    <w:sectPr w:rsidR="00057D08" w:rsidRPr="00057D08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7D08"/>
    <w:rsid w:val="0006063C"/>
    <w:rsid w:val="0015074B"/>
    <w:rsid w:val="0029639D"/>
    <w:rsid w:val="00326F90"/>
    <w:rsid w:val="00842336"/>
    <w:rsid w:val="00A17C1A"/>
    <w:rsid w:val="00AA1D8D"/>
    <w:rsid w:val="00B47730"/>
    <w:rsid w:val="00BB00FE"/>
    <w:rsid w:val="00CB0664"/>
    <w:rsid w:val="00D91BF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0FFCBE-E02A-443D-A0DD-628FEBC98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1161</Words>
  <Characters>663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comp</cp:lastModifiedBy>
  <cp:revision>3</cp:revision>
  <dcterms:created xsi:type="dcterms:W3CDTF">2026-07-28T08:11:00Z</dcterms:created>
  <dcterms:modified xsi:type="dcterms:W3CDTF">2026-07-28T08:22:00Z</dcterms:modified>
</cp:coreProperties>
</file>