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39C" w:rsidRDefault="00341A35">
      <w:pPr>
        <w:spacing w:after="0"/>
      </w:pPr>
      <w:r>
        <w:rPr>
          <w:b/>
        </w:rPr>
        <w:t>Кому:</w:t>
      </w:r>
    </w:p>
    <w:p w:rsidR="008B639C" w:rsidRDefault="00341A35">
      <w:pPr>
        <w:spacing w:after="0"/>
      </w:pPr>
      <w:r>
        <w:t>Конкурсній комісії з формування Наглядової ради</w:t>
      </w:r>
    </w:p>
    <w:p w:rsidR="008B639C" w:rsidRPr="00341A35" w:rsidRDefault="006C74C8">
      <w:pPr>
        <w:spacing w:after="0"/>
        <w:rPr>
          <w:lang w:val="uk-UA"/>
        </w:rPr>
      </w:pPr>
      <w:r>
        <w:rPr>
          <w:lang w:val="uk-UA"/>
        </w:rPr>
        <w:t>Державного професійно-технічного навчального закладу «Острозьке вище професійне училище»</w:t>
      </w:r>
    </w:p>
    <w:p w:rsidR="008B639C" w:rsidRDefault="008B639C">
      <w:pPr>
        <w:spacing w:after="0"/>
      </w:pPr>
    </w:p>
    <w:p w:rsidR="008B639C" w:rsidRDefault="00341A35">
      <w:pPr>
        <w:spacing w:after="0"/>
      </w:pPr>
      <w:r>
        <w:rPr>
          <w:b/>
        </w:rPr>
        <w:t>Від:</w:t>
      </w:r>
    </w:p>
    <w:p w:rsidR="008B639C" w:rsidRDefault="008B639C">
      <w:pPr>
        <w:spacing w:after="0"/>
      </w:pPr>
    </w:p>
    <w:p w:rsidR="008B639C" w:rsidRPr="006C74C8" w:rsidRDefault="00341A35">
      <w:pPr>
        <w:spacing w:after="0"/>
        <w:rPr>
          <w:lang w:val="uk-UA"/>
        </w:rPr>
      </w:pPr>
      <w:proofErr w:type="spellStart"/>
      <w:r>
        <w:t>Адреса</w:t>
      </w:r>
      <w:proofErr w:type="spellEnd"/>
      <w:r>
        <w:t xml:space="preserve">: </w:t>
      </w:r>
      <w:r w:rsidR="006C74C8">
        <w:rPr>
          <w:lang w:val="uk-UA"/>
        </w:rPr>
        <w:t>__________________________________________________________</w:t>
      </w:r>
    </w:p>
    <w:p w:rsidR="008B639C" w:rsidRPr="006C74C8" w:rsidRDefault="00341A35">
      <w:pPr>
        <w:spacing w:after="0"/>
        <w:rPr>
          <w:lang w:val="uk-UA"/>
        </w:rPr>
      </w:pPr>
      <w:proofErr w:type="spellStart"/>
      <w:r>
        <w:t>Контактна</w:t>
      </w:r>
      <w:proofErr w:type="spellEnd"/>
      <w:r>
        <w:t xml:space="preserve"> </w:t>
      </w:r>
      <w:proofErr w:type="spellStart"/>
      <w:r>
        <w:t>особа</w:t>
      </w:r>
      <w:proofErr w:type="spellEnd"/>
      <w:r>
        <w:t xml:space="preserve">: </w:t>
      </w:r>
      <w:r w:rsidR="006C74C8">
        <w:rPr>
          <w:lang w:val="uk-UA"/>
        </w:rPr>
        <w:t>__________________________________________________</w:t>
      </w:r>
    </w:p>
    <w:p w:rsidR="008B639C" w:rsidRPr="006C74C8" w:rsidRDefault="00341A35">
      <w:pPr>
        <w:spacing w:after="0"/>
        <w:rPr>
          <w:lang w:val="uk-UA"/>
        </w:rPr>
      </w:pPr>
      <w:proofErr w:type="spellStart"/>
      <w:r>
        <w:t>Телефон</w:t>
      </w:r>
      <w:proofErr w:type="spellEnd"/>
      <w:r>
        <w:t xml:space="preserve">: </w:t>
      </w:r>
      <w:r w:rsidR="006C74C8">
        <w:rPr>
          <w:lang w:val="uk-UA"/>
        </w:rPr>
        <w:t>___________________</w:t>
      </w:r>
    </w:p>
    <w:p w:rsidR="008B639C" w:rsidRPr="006C74C8" w:rsidRDefault="00341A35">
      <w:pPr>
        <w:spacing w:after="0"/>
        <w:rPr>
          <w:lang w:val="uk-UA"/>
        </w:rPr>
      </w:pPr>
      <w:proofErr w:type="spellStart"/>
      <w:r>
        <w:t>Електронна</w:t>
      </w:r>
      <w:proofErr w:type="spellEnd"/>
      <w:r>
        <w:t xml:space="preserve"> </w:t>
      </w:r>
      <w:proofErr w:type="spellStart"/>
      <w:r>
        <w:t>пошта</w:t>
      </w:r>
      <w:proofErr w:type="spellEnd"/>
      <w:r>
        <w:t xml:space="preserve">: </w:t>
      </w:r>
      <w:r w:rsidR="006C74C8">
        <w:rPr>
          <w:lang w:val="uk-UA"/>
        </w:rPr>
        <w:t>_________________________</w:t>
      </w:r>
    </w:p>
    <w:p w:rsidR="008B639C" w:rsidRDefault="008B639C">
      <w:pPr>
        <w:spacing w:after="0"/>
      </w:pPr>
    </w:p>
    <w:p w:rsidR="00341A35" w:rsidRDefault="00341A35" w:rsidP="00341A35">
      <w:pPr>
        <w:spacing w:after="0"/>
        <w:rPr>
          <w:b/>
        </w:rPr>
      </w:pPr>
      <w:proofErr w:type="spellStart"/>
      <w:proofErr w:type="gramStart"/>
      <w:r>
        <w:rPr>
          <w:b/>
        </w:rPr>
        <w:t>щодо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делегування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представника</w:t>
      </w:r>
      <w:proofErr w:type="spellEnd"/>
      <w:r>
        <w:rPr>
          <w:b/>
        </w:rPr>
        <w:t xml:space="preserve"> </w:t>
      </w:r>
    </w:p>
    <w:p w:rsidR="008B639C" w:rsidRDefault="00341A35" w:rsidP="00341A35">
      <w:pPr>
        <w:spacing w:after="0"/>
      </w:pPr>
      <w:proofErr w:type="spellStart"/>
      <w:proofErr w:type="gramStart"/>
      <w:r>
        <w:rPr>
          <w:b/>
        </w:rPr>
        <w:t>до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складу</w:t>
      </w:r>
      <w:proofErr w:type="spellEnd"/>
      <w:r>
        <w:rPr>
          <w:lang w:val="uk-UA"/>
        </w:rPr>
        <w:t xml:space="preserve"> </w:t>
      </w:r>
      <w:proofErr w:type="spellStart"/>
      <w:r>
        <w:rPr>
          <w:b/>
        </w:rPr>
        <w:t>Наглядової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ради</w:t>
      </w:r>
      <w:proofErr w:type="spellEnd"/>
      <w:r>
        <w:rPr>
          <w:b/>
        </w:rPr>
        <w:t xml:space="preserve"> </w:t>
      </w:r>
    </w:p>
    <w:p w:rsidR="008B639C" w:rsidRDefault="008B639C">
      <w:pPr>
        <w:spacing w:after="0"/>
      </w:pPr>
    </w:p>
    <w:p w:rsidR="008B639C" w:rsidRDefault="00341A35">
      <w:pPr>
        <w:spacing w:after="0"/>
        <w:ind w:firstLine="709"/>
        <w:jc w:val="both"/>
      </w:pPr>
      <w:r>
        <w:rPr>
          <w:lang w:val="uk-UA"/>
        </w:rPr>
        <w:t>У</w:t>
      </w:r>
      <w:r>
        <w:t xml:space="preserve"> </w:t>
      </w:r>
      <w:proofErr w:type="spellStart"/>
      <w:r>
        <w:t>межах</w:t>
      </w:r>
      <w:proofErr w:type="spellEnd"/>
      <w:r>
        <w:t xml:space="preserve"> </w:t>
      </w:r>
      <w:proofErr w:type="spellStart"/>
      <w:r>
        <w:t>співпраці</w:t>
      </w:r>
      <w:proofErr w:type="spellEnd"/>
      <w:r>
        <w:t xml:space="preserve"> з</w:t>
      </w:r>
      <w:r w:rsidR="006C74C8">
        <w:rPr>
          <w:lang w:val="uk-UA"/>
        </w:rPr>
        <w:t xml:space="preserve"> Державним професійно-технічним навчальним закладом «Острозьке вище професійне училище»</w:t>
      </w:r>
      <w:r>
        <w:t xml:space="preserve">  </w:t>
      </w:r>
      <w:proofErr w:type="spellStart"/>
      <w:r>
        <w:t>делегує</w:t>
      </w:r>
      <w:r>
        <w:rPr>
          <w:lang w:val="uk-UA"/>
        </w:rPr>
        <w:t>мо</w:t>
      </w:r>
      <w:proofErr w:type="spellEnd"/>
      <w:r>
        <w:t xml:space="preserve"> </w:t>
      </w:r>
      <w:proofErr w:type="spellStart"/>
      <w:r>
        <w:t>свого</w:t>
      </w:r>
      <w:proofErr w:type="spellEnd"/>
      <w:r>
        <w:t xml:space="preserve"> </w:t>
      </w:r>
      <w:proofErr w:type="spellStart"/>
      <w:r>
        <w:t>представника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участі</w:t>
      </w:r>
      <w:proofErr w:type="spellEnd"/>
      <w:r>
        <w:t xml:space="preserve"> у </w:t>
      </w:r>
      <w:proofErr w:type="spellStart"/>
      <w:r>
        <w:t>конкурсному</w:t>
      </w:r>
      <w:proofErr w:type="spellEnd"/>
      <w:r>
        <w:t xml:space="preserve"> </w:t>
      </w:r>
      <w:proofErr w:type="spellStart"/>
      <w:r>
        <w:t>відборі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Наглядової</w:t>
      </w:r>
      <w:proofErr w:type="spellEnd"/>
      <w:r>
        <w:t xml:space="preserve"> </w:t>
      </w:r>
      <w:proofErr w:type="spellStart"/>
      <w:r>
        <w:t>ради</w:t>
      </w:r>
      <w:proofErr w:type="spellEnd"/>
      <w:r>
        <w:t xml:space="preserve"> </w:t>
      </w:r>
      <w:proofErr w:type="spellStart"/>
      <w:r>
        <w:t>закладу</w:t>
      </w:r>
      <w:proofErr w:type="spellEnd"/>
      <w:r>
        <w:t xml:space="preserve"> </w:t>
      </w:r>
      <w:proofErr w:type="spellStart"/>
      <w:r>
        <w:t>професійної</w:t>
      </w:r>
      <w:proofErr w:type="spellEnd"/>
      <w:r>
        <w:t xml:space="preserve"> </w:t>
      </w:r>
      <w:proofErr w:type="spellStart"/>
      <w:r>
        <w:t>освіти</w:t>
      </w:r>
      <w:proofErr w:type="spellEnd"/>
      <w:r>
        <w:t>.</w:t>
      </w:r>
    </w:p>
    <w:p w:rsidR="008B639C" w:rsidRDefault="008B639C">
      <w:pPr>
        <w:spacing w:after="0"/>
      </w:pPr>
    </w:p>
    <w:p w:rsidR="008B639C" w:rsidRDefault="00341A35">
      <w:pPr>
        <w:spacing w:after="0"/>
      </w:pPr>
      <w:r>
        <w:rPr>
          <w:b/>
        </w:rPr>
        <w:t>Дані про делегованого кандидата:</w:t>
      </w:r>
    </w:p>
    <w:p w:rsidR="008B639C" w:rsidRPr="006C74C8" w:rsidRDefault="00341A35">
      <w:pPr>
        <w:spacing w:after="0"/>
        <w:rPr>
          <w:lang w:val="uk-UA"/>
        </w:rPr>
      </w:pPr>
      <w:r>
        <w:t xml:space="preserve">П.І.Б.: </w:t>
      </w:r>
      <w:r w:rsidR="006C74C8">
        <w:rPr>
          <w:lang w:val="uk-UA"/>
        </w:rPr>
        <w:t>____________________________________________________________</w:t>
      </w:r>
    </w:p>
    <w:p w:rsidR="008B639C" w:rsidRPr="006C74C8" w:rsidRDefault="00341A35">
      <w:pPr>
        <w:spacing w:after="0"/>
        <w:rPr>
          <w:lang w:val="uk-UA"/>
        </w:rPr>
      </w:pPr>
      <w:proofErr w:type="spellStart"/>
      <w:r>
        <w:t>Посада</w:t>
      </w:r>
      <w:proofErr w:type="spellEnd"/>
      <w:r>
        <w:t xml:space="preserve">: </w:t>
      </w:r>
      <w:r w:rsidR="006C74C8">
        <w:rPr>
          <w:lang w:val="uk-UA"/>
        </w:rPr>
        <w:t>___________________________________________________________</w:t>
      </w:r>
    </w:p>
    <w:p w:rsidR="008B639C" w:rsidRPr="006C74C8" w:rsidRDefault="00341A35">
      <w:pPr>
        <w:spacing w:after="0"/>
        <w:rPr>
          <w:lang w:val="uk-UA"/>
        </w:rPr>
      </w:pPr>
      <w:proofErr w:type="spellStart"/>
      <w:r>
        <w:t>Контактний</w:t>
      </w:r>
      <w:proofErr w:type="spellEnd"/>
      <w:r>
        <w:t xml:space="preserve"> </w:t>
      </w:r>
      <w:proofErr w:type="spellStart"/>
      <w:r>
        <w:t>телефон</w:t>
      </w:r>
      <w:proofErr w:type="spellEnd"/>
      <w:r>
        <w:t xml:space="preserve">: </w:t>
      </w:r>
      <w:r w:rsidR="006C74C8">
        <w:rPr>
          <w:lang w:val="uk-UA"/>
        </w:rPr>
        <w:t>_________________________</w:t>
      </w:r>
    </w:p>
    <w:p w:rsidR="008B639C" w:rsidRPr="006C74C8" w:rsidRDefault="00341A35">
      <w:pPr>
        <w:spacing w:after="0"/>
        <w:rPr>
          <w:lang w:val="uk-UA"/>
        </w:rPr>
      </w:pPr>
      <w:proofErr w:type="spellStart"/>
      <w:r>
        <w:t>Електронна</w:t>
      </w:r>
      <w:proofErr w:type="spellEnd"/>
      <w:r>
        <w:t xml:space="preserve"> </w:t>
      </w:r>
      <w:proofErr w:type="spellStart"/>
      <w:r>
        <w:t>пошта</w:t>
      </w:r>
      <w:proofErr w:type="spellEnd"/>
      <w:r>
        <w:t xml:space="preserve">: </w:t>
      </w:r>
      <w:r w:rsidR="006C74C8">
        <w:rPr>
          <w:lang w:val="uk-UA"/>
        </w:rPr>
        <w:t>___________________________</w:t>
      </w:r>
    </w:p>
    <w:p w:rsidR="008B639C" w:rsidRDefault="008B639C">
      <w:pPr>
        <w:spacing w:after="0"/>
      </w:pPr>
    </w:p>
    <w:p w:rsidR="008B639C" w:rsidRDefault="00341A35">
      <w:pPr>
        <w:spacing w:after="0"/>
      </w:pPr>
      <w:r>
        <w:rPr>
          <w:b/>
        </w:rPr>
        <w:t>Форми співпраці підприємства (організації) з  (зазначити потрібне):</w:t>
      </w:r>
    </w:p>
    <w:p w:rsidR="008B639C" w:rsidRDefault="00341A35">
      <w:pPr>
        <w:spacing w:after="0"/>
      </w:pPr>
      <w:r>
        <w:t>☐ забезпечення проходження практичної підготовки здобувачів освіти;</w:t>
      </w:r>
    </w:p>
    <w:p w:rsidR="008B639C" w:rsidRDefault="00341A35">
      <w:pPr>
        <w:spacing w:after="0"/>
      </w:pPr>
      <w:r>
        <w:t>☐ співпраця в межах дуальної форми здобуття освіти;</w:t>
      </w:r>
    </w:p>
    <w:p w:rsidR="008B639C" w:rsidRDefault="00341A35">
      <w:pPr>
        <w:spacing w:after="0"/>
      </w:pPr>
      <w:r>
        <w:t>☐ працевлаштування випускників закладу;</w:t>
      </w:r>
    </w:p>
    <w:p w:rsidR="008B639C" w:rsidRDefault="00341A35">
      <w:pPr>
        <w:spacing w:after="0"/>
      </w:pPr>
      <w:r>
        <w:t>☐ надання матеріальної та/або благодійної допомоги;</w:t>
      </w:r>
    </w:p>
    <w:p w:rsidR="008B639C" w:rsidRDefault="00341A35">
      <w:pPr>
        <w:spacing w:after="0"/>
      </w:pPr>
      <w:r>
        <w:t>☐ інвестування в розвиток матеріально-технічної бази закладу;</w:t>
      </w:r>
    </w:p>
    <w:p w:rsidR="008B639C" w:rsidRDefault="00341A35">
      <w:pPr>
        <w:spacing w:after="0"/>
      </w:pPr>
      <w:r>
        <w:t>☐ інше: .</w:t>
      </w:r>
    </w:p>
    <w:p w:rsidR="008B639C" w:rsidRDefault="008B639C">
      <w:pPr>
        <w:spacing w:after="0"/>
      </w:pPr>
    </w:p>
    <w:p w:rsidR="008B639C" w:rsidRDefault="00341A35">
      <w:pPr>
        <w:spacing w:after="0"/>
        <w:ind w:firstLine="709"/>
        <w:jc w:val="both"/>
      </w:pPr>
      <w:proofErr w:type="spellStart"/>
      <w:r>
        <w:t>До</w:t>
      </w:r>
      <w:proofErr w:type="spellEnd"/>
      <w:r>
        <w:t xml:space="preserve"> </w:t>
      </w:r>
      <w:proofErr w:type="spellStart"/>
      <w:r>
        <w:t>листа</w:t>
      </w:r>
      <w:proofErr w:type="spellEnd"/>
      <w:r>
        <w:t xml:space="preserve"> </w:t>
      </w:r>
      <w:proofErr w:type="spellStart"/>
      <w:r>
        <w:t>додаються</w:t>
      </w:r>
      <w:proofErr w:type="spellEnd"/>
      <w:r>
        <w:t xml:space="preserve"> </w:t>
      </w:r>
      <w:proofErr w:type="spellStart"/>
      <w:r>
        <w:t>документи</w:t>
      </w:r>
      <w:proofErr w:type="spellEnd"/>
      <w:r>
        <w:t xml:space="preserve"> </w:t>
      </w:r>
      <w:proofErr w:type="spellStart"/>
      <w:r>
        <w:t>кандидата</w:t>
      </w:r>
      <w:proofErr w:type="spellEnd"/>
      <w:r>
        <w:t>, що відповідають вимогам Примірного порядку формування наглядової ради закладу професійної освіти, а саме:</w:t>
      </w:r>
    </w:p>
    <w:p w:rsidR="008B639C" w:rsidRDefault="00341A35">
      <w:pPr>
        <w:spacing w:after="0"/>
        <w:ind w:firstLine="709"/>
        <w:jc w:val="both"/>
      </w:pPr>
      <w:r>
        <w:t>1. Заповнена заявка кандидата (Додаток 1).</w:t>
      </w:r>
    </w:p>
    <w:p w:rsidR="008B639C" w:rsidRDefault="00341A35">
      <w:pPr>
        <w:spacing w:after="0"/>
        <w:ind w:firstLine="709"/>
        <w:jc w:val="both"/>
      </w:pPr>
      <w:r>
        <w:t>2. Копія документа, що посвідчує особу кандидата.</w:t>
      </w:r>
    </w:p>
    <w:p w:rsidR="008B639C" w:rsidRDefault="00341A35">
      <w:pPr>
        <w:spacing w:after="0"/>
        <w:ind w:firstLine="709"/>
        <w:jc w:val="both"/>
      </w:pPr>
      <w:r>
        <w:lastRenderedPageBreak/>
        <w:t>3. Копія довідки про відсутність судимості.</w:t>
      </w:r>
    </w:p>
    <w:p w:rsidR="008B639C" w:rsidRDefault="00341A35">
      <w:pPr>
        <w:spacing w:after="0"/>
        <w:ind w:firstLine="709"/>
        <w:jc w:val="both"/>
      </w:pPr>
      <w:r>
        <w:t>4. Копія інформаційної довідки з Єдиного державного реєстру осіб, які вчинили корупційні або пов'язані з корупцією правопорушення.</w:t>
      </w:r>
    </w:p>
    <w:p w:rsidR="008B639C" w:rsidRDefault="00341A35">
      <w:pPr>
        <w:spacing w:after="0"/>
        <w:ind w:firstLine="709"/>
        <w:jc w:val="both"/>
      </w:pPr>
      <w:r>
        <w:t>5. Згода на обробку персональних даних (Додаток 2).</w:t>
      </w:r>
    </w:p>
    <w:p w:rsidR="008B639C" w:rsidRDefault="00341A35">
      <w:pPr>
        <w:spacing w:after="0"/>
        <w:ind w:firstLine="709"/>
        <w:jc w:val="both"/>
      </w:pPr>
      <w:r>
        <w:t>6. Копії документів, що підтверджують співпрацю з .</w:t>
      </w:r>
    </w:p>
    <w:p w:rsidR="008B639C" w:rsidRDefault="008B639C">
      <w:pPr>
        <w:spacing w:after="0"/>
      </w:pPr>
    </w:p>
    <w:p w:rsidR="008B639C" w:rsidRDefault="00341A35">
      <w:pPr>
        <w:spacing w:after="0"/>
        <w:ind w:firstLine="709"/>
        <w:jc w:val="both"/>
      </w:pPr>
      <w:proofErr w:type="spellStart"/>
      <w:r>
        <w:t>Підтверджуємо</w:t>
      </w:r>
      <w:proofErr w:type="spellEnd"/>
      <w:r>
        <w:t xml:space="preserve"> </w:t>
      </w:r>
      <w:proofErr w:type="spellStart"/>
      <w:r>
        <w:t>достовірність</w:t>
      </w:r>
      <w:proofErr w:type="spellEnd"/>
      <w:r>
        <w:t xml:space="preserve"> </w:t>
      </w:r>
      <w:proofErr w:type="spellStart"/>
      <w:r>
        <w:t>наданої</w:t>
      </w:r>
      <w:proofErr w:type="spellEnd"/>
      <w:r>
        <w:t xml:space="preserve"> </w:t>
      </w:r>
      <w:proofErr w:type="spellStart"/>
      <w:r>
        <w:t>інформації</w:t>
      </w:r>
      <w:proofErr w:type="spellEnd"/>
      <w:r>
        <w:t xml:space="preserve"> </w:t>
      </w:r>
      <w:proofErr w:type="spellStart"/>
      <w:r>
        <w:t>та</w:t>
      </w:r>
      <w:proofErr w:type="spellEnd"/>
      <w:r>
        <w:t xml:space="preserve"> </w:t>
      </w:r>
      <w:proofErr w:type="spellStart"/>
      <w:r>
        <w:t>готовність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активної</w:t>
      </w:r>
      <w:proofErr w:type="spellEnd"/>
      <w:r>
        <w:t xml:space="preserve"> </w:t>
      </w:r>
      <w:proofErr w:type="spellStart"/>
      <w:r>
        <w:t>роботи</w:t>
      </w:r>
      <w:proofErr w:type="spellEnd"/>
      <w:r>
        <w:t xml:space="preserve"> у </w:t>
      </w:r>
      <w:proofErr w:type="spellStart"/>
      <w:r>
        <w:t>складі</w:t>
      </w:r>
      <w:proofErr w:type="spellEnd"/>
      <w:r>
        <w:t xml:space="preserve"> </w:t>
      </w:r>
      <w:proofErr w:type="spellStart"/>
      <w:r>
        <w:t>Наглядової</w:t>
      </w:r>
      <w:proofErr w:type="spellEnd"/>
      <w:r>
        <w:t xml:space="preserve"> </w:t>
      </w:r>
      <w:proofErr w:type="spellStart"/>
      <w:r>
        <w:t>ради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розвитку</w:t>
      </w:r>
      <w:proofErr w:type="spellEnd"/>
      <w:r>
        <w:t xml:space="preserve"> </w:t>
      </w:r>
      <w:r w:rsidR="006C74C8">
        <w:rPr>
          <w:lang w:val="uk-UA"/>
        </w:rPr>
        <w:t>Дер</w:t>
      </w:r>
      <w:r w:rsidR="006C74C8">
        <w:rPr>
          <w:lang w:val="uk-UA"/>
        </w:rPr>
        <w:t>жавного професійно-технічного навчального закладу</w:t>
      </w:r>
      <w:r w:rsidR="006C74C8">
        <w:rPr>
          <w:lang w:val="uk-UA"/>
        </w:rPr>
        <w:t xml:space="preserve"> «Острозьке вище професійне училище»</w:t>
      </w:r>
      <w:r w:rsidR="006C74C8">
        <w:t xml:space="preserve">  </w:t>
      </w:r>
    </w:p>
    <w:p w:rsidR="008B639C" w:rsidRDefault="008B639C">
      <w:pPr>
        <w:spacing w:after="0"/>
      </w:pPr>
    </w:p>
    <w:p w:rsidR="008B639C" w:rsidRDefault="008B639C">
      <w:pPr>
        <w:spacing w:after="0"/>
      </w:pPr>
    </w:p>
    <w:p w:rsidR="008B639C" w:rsidRPr="006C74C8" w:rsidRDefault="006C74C8">
      <w:pPr>
        <w:spacing w:after="0"/>
        <w:rPr>
          <w:lang w:val="uk-UA"/>
        </w:rPr>
      </w:pPr>
      <w:r>
        <w:rPr>
          <w:lang w:val="uk-UA"/>
        </w:rPr>
        <w:t>_______________                     _____________________</w:t>
      </w:r>
    </w:p>
    <w:p w:rsidR="008B639C" w:rsidRPr="006C74C8" w:rsidRDefault="00341A35">
      <w:pPr>
        <w:spacing w:after="0"/>
        <w:rPr>
          <w:lang w:val="uk-UA"/>
        </w:rPr>
      </w:pPr>
      <w:proofErr w:type="spellStart"/>
      <w:r>
        <w:rPr>
          <w:b/>
        </w:rPr>
        <w:t>Дата</w:t>
      </w:r>
      <w:proofErr w:type="spellEnd"/>
      <w:r>
        <w:rPr>
          <w:b/>
        </w:rPr>
        <w:t xml:space="preserve">:     М. П. </w:t>
      </w:r>
      <w:r w:rsidRPr="006C74C8">
        <w:rPr>
          <w:i/>
        </w:rPr>
        <w:t>(за наявності)</w:t>
      </w:r>
      <w:r w:rsidR="006C74C8">
        <w:rPr>
          <w:i/>
          <w:lang w:val="uk-UA"/>
        </w:rPr>
        <w:t xml:space="preserve">           (підпис)</w:t>
      </w:r>
      <w:bookmarkStart w:id="0" w:name="_GoBack"/>
      <w:bookmarkEnd w:id="0"/>
    </w:p>
    <w:sectPr w:rsidR="008B639C" w:rsidRPr="006C74C8" w:rsidSect="00034616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41A35"/>
    <w:rsid w:val="006C74C8"/>
    <w:rsid w:val="008B639C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rPr>
      <w:rFonts w:ascii="Times New Roman" w:eastAsia="Times New Roman" w:hAnsi="Times New Roman" w:cs="Times New Roman"/>
      <w:sz w:val="28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rPr>
      <w:rFonts w:ascii="Times New Roman" w:eastAsia="Times New Roman" w:hAnsi="Times New Roman" w:cs="Times New Roman"/>
      <w:sz w:val="28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01DA4C7-3D34-47DB-BFF5-0FCBBF676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1335</Words>
  <Characters>762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2093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comp</cp:lastModifiedBy>
  <cp:revision>2</cp:revision>
  <dcterms:created xsi:type="dcterms:W3CDTF">2026-07-28T08:18:00Z</dcterms:created>
  <dcterms:modified xsi:type="dcterms:W3CDTF">2026-07-28T08:18:00Z</dcterms:modified>
</cp:coreProperties>
</file>